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FC0CE" w14:textId="5CAE6989" w:rsidR="00920873" w:rsidRDefault="00920873" w:rsidP="007C3D76">
      <w:pPr>
        <w:spacing w:after="0" w:line="240" w:lineRule="atLeast"/>
        <w:jc w:val="center"/>
        <w:rPr>
          <w:rFonts w:ascii="TH Sarabun New" w:hAnsi="TH Sarabun New" w:cs="TH Sarabun New"/>
          <w:b/>
          <w:sz w:val="32"/>
          <w:szCs w:val="32"/>
          <w:lang w:bidi="th-TH"/>
        </w:rPr>
      </w:pPr>
      <w:r w:rsidRPr="00920873">
        <w:rPr>
          <w:rFonts w:ascii="TH Sarabun New" w:hAnsi="TH Sarabun New" w:cs="TH Sarabun New"/>
          <w:b/>
          <w:noProof/>
          <w:sz w:val="32"/>
          <w:szCs w:val="32"/>
          <w:lang w:bidi="th-TH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EFACDC" wp14:editId="3BFDAEE3">
                <wp:simplePos x="0" y="0"/>
                <wp:positionH relativeFrom="column">
                  <wp:posOffset>3599597</wp:posOffset>
                </wp:positionH>
                <wp:positionV relativeFrom="paragraph">
                  <wp:posOffset>-252484</wp:posOffset>
                </wp:positionV>
                <wp:extent cx="2674317" cy="354842"/>
                <wp:effectExtent l="0" t="0" r="12065" b="266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4317" cy="3548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42179" w14:textId="24454413" w:rsidR="00C6125F" w:rsidRPr="00920873" w:rsidRDefault="00920873" w:rsidP="00920873">
                            <w:pPr>
                              <w:spacing w:after="0" w:line="240" w:lineRule="atLeast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20873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  <w:t>From</w:t>
                            </w:r>
                            <w:r w:rsidR="00C6125F" w:rsidRPr="00920873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3.2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  <w:t>/</w:t>
                            </w:r>
                            <w:r w:rsidR="00C6125F" w:rsidRPr="00920873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  <w:t>Fast Track Progress Report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EFAC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3.45pt;margin-top:-19.9pt;width:210.6pt;height:27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">
                <v:textbox>
                  <w:txbxContent>
                    <w:p w14:paraId="78342179" w14:textId="24454413" w:rsidR="00C6125F" w:rsidRPr="00920873" w:rsidRDefault="00920873" w:rsidP="00920873">
                      <w:pPr>
                        <w:spacing w:after="0" w:line="240" w:lineRule="atLeast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920873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  <w:t>From</w:t>
                      </w:r>
                      <w:r w:rsidR="00C6125F" w:rsidRPr="00920873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  <w:t xml:space="preserve"> 3.2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  <w:t>/</w:t>
                      </w:r>
                      <w:r w:rsidR="00C6125F" w:rsidRPr="00920873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  <w:t>Fast Track Progress Report</w:t>
                      </w:r>
                    </w:p>
                  </w:txbxContent>
                </v:textbox>
              </v:shape>
            </w:pict>
          </mc:Fallback>
        </mc:AlternateContent>
      </w:r>
    </w:p>
    <w:p w14:paraId="3B43810D" w14:textId="77777777" w:rsidR="00920873" w:rsidRDefault="00920873" w:rsidP="007C3D76">
      <w:pPr>
        <w:spacing w:after="0" w:line="240" w:lineRule="atLeast"/>
        <w:jc w:val="center"/>
        <w:rPr>
          <w:rFonts w:ascii="TH Sarabun New" w:hAnsi="TH Sarabun New" w:cs="TH Sarabun New"/>
          <w:b/>
          <w:sz w:val="32"/>
          <w:szCs w:val="32"/>
          <w:lang w:bidi="th-TH"/>
        </w:rPr>
      </w:pPr>
    </w:p>
    <w:p w14:paraId="16879A67" w14:textId="3498958F" w:rsidR="007C3D76" w:rsidRPr="00920873" w:rsidRDefault="007C3D76" w:rsidP="007C3D76">
      <w:pPr>
        <w:spacing w:after="0" w:line="240" w:lineRule="atLeast"/>
        <w:jc w:val="center"/>
        <w:rPr>
          <w:rFonts w:ascii="TH Sarabun New" w:hAnsi="TH Sarabun New" w:cs="TH Sarabun New"/>
          <w:b/>
          <w:sz w:val="32"/>
          <w:szCs w:val="32"/>
        </w:rPr>
      </w:pPr>
      <w:r w:rsidRPr="00920873">
        <w:rPr>
          <w:rFonts w:ascii="TH Sarabun New" w:hAnsi="TH Sarabun New" w:cs="TH Sarabun New"/>
          <w:b/>
          <w:sz w:val="32"/>
          <w:szCs w:val="32"/>
          <w:lang w:bidi="th-TH"/>
        </w:rPr>
        <w:t xml:space="preserve">PSU Fast Track Research Grant, </w:t>
      </w:r>
      <w:r w:rsidRPr="00920873">
        <w:rPr>
          <w:rFonts w:ascii="TH Sarabun New" w:hAnsi="TH Sarabun New" w:cs="TH Sarabun New"/>
          <w:b/>
          <w:sz w:val="32"/>
          <w:szCs w:val="32"/>
        </w:rPr>
        <w:t>Fiscal Year: __________</w:t>
      </w:r>
    </w:p>
    <w:p w14:paraId="1934AB0B" w14:textId="4660B69D" w:rsidR="007C3D76" w:rsidRPr="00920873" w:rsidRDefault="007C3D76" w:rsidP="007C3D76">
      <w:pPr>
        <w:spacing w:after="0" w:line="240" w:lineRule="atLeast"/>
        <w:jc w:val="center"/>
        <w:rPr>
          <w:rFonts w:ascii="TH Sarabun New" w:hAnsi="TH Sarabun New" w:cs="TH Sarabun New"/>
          <w:sz w:val="32"/>
          <w:szCs w:val="32"/>
        </w:rPr>
      </w:pPr>
      <w:r w:rsidRPr="00920873">
        <w:rPr>
          <w:rFonts w:ascii="TH Sarabun New" w:hAnsi="TH Sarabun New" w:cs="TH Sarabun New"/>
          <w:b/>
          <w:sz w:val="32"/>
          <w:szCs w:val="32"/>
        </w:rPr>
        <w:t>ONE-PAGE RESEARCH PROGRESS REPORT</w:t>
      </w:r>
    </w:p>
    <w:p w14:paraId="5E7A71CA" w14:textId="6B3B2F6A" w:rsidR="00854546" w:rsidRPr="00920873" w:rsidRDefault="00854546" w:rsidP="007C3D76">
      <w:pPr>
        <w:spacing w:after="0" w:line="240" w:lineRule="atLeast"/>
        <w:jc w:val="center"/>
        <w:rPr>
          <w:rFonts w:ascii="TH Sarabun New" w:hAnsi="TH Sarabun New" w:cs="TH Sarabun New"/>
          <w:bCs/>
          <w:sz w:val="32"/>
          <w:szCs w:val="32"/>
          <w:lang w:bidi="th-TH"/>
        </w:rPr>
      </w:pPr>
    </w:p>
    <w:p w14:paraId="1A6C3E95" w14:textId="04797DAC" w:rsidR="00854546" w:rsidRPr="00920873" w:rsidRDefault="00000000" w:rsidP="00920873">
      <w:pPr>
        <w:pStyle w:val="ae"/>
        <w:numPr>
          <w:ilvl w:val="0"/>
          <w:numId w:val="10"/>
        </w:numPr>
        <w:spacing w:after="0" w:line="240" w:lineRule="atLeast"/>
        <w:rPr>
          <w:rFonts w:ascii="TH Sarabun New" w:hAnsi="TH Sarabun New" w:cs="TH Sarabun New"/>
          <w:bCs/>
          <w:sz w:val="32"/>
          <w:szCs w:val="32"/>
        </w:rPr>
      </w:pPr>
      <w:r w:rsidRPr="00920873">
        <w:rPr>
          <w:rFonts w:ascii="TH Sarabun New" w:hAnsi="TH Sarabun New" w:cs="TH Sarabun New"/>
          <w:bCs/>
          <w:sz w:val="32"/>
          <w:szCs w:val="32"/>
        </w:rPr>
        <w:t xml:space="preserve">Project Title: </w:t>
      </w:r>
    </w:p>
    <w:p w14:paraId="1653B1D8" w14:textId="4EE9B4F2" w:rsidR="00854546" w:rsidRPr="00920873" w:rsidRDefault="00000000" w:rsidP="00920873">
      <w:pPr>
        <w:pStyle w:val="ae"/>
        <w:numPr>
          <w:ilvl w:val="0"/>
          <w:numId w:val="10"/>
        </w:numPr>
        <w:spacing w:after="0" w:line="240" w:lineRule="atLeast"/>
        <w:rPr>
          <w:rFonts w:ascii="TH Sarabun New" w:hAnsi="TH Sarabun New" w:cs="TH Sarabun New"/>
          <w:bCs/>
          <w:sz w:val="32"/>
          <w:szCs w:val="32"/>
        </w:rPr>
      </w:pPr>
      <w:r w:rsidRPr="00920873">
        <w:rPr>
          <w:rFonts w:ascii="TH Sarabun New" w:hAnsi="TH Sarabun New" w:cs="TH Sarabun New"/>
          <w:bCs/>
          <w:sz w:val="32"/>
          <w:szCs w:val="32"/>
        </w:rPr>
        <w:t xml:space="preserve">Research Team: </w:t>
      </w:r>
    </w:p>
    <w:p w14:paraId="1596C9DB" w14:textId="77777777" w:rsidR="00854546" w:rsidRPr="00920873" w:rsidRDefault="00000000" w:rsidP="00920873">
      <w:pPr>
        <w:pStyle w:val="ae"/>
        <w:numPr>
          <w:ilvl w:val="0"/>
          <w:numId w:val="10"/>
        </w:numPr>
        <w:spacing w:after="0" w:line="240" w:lineRule="atLeast"/>
        <w:rPr>
          <w:rFonts w:ascii="TH Sarabun New" w:hAnsi="TH Sarabun New" w:cs="TH Sarabun New"/>
          <w:bCs/>
          <w:sz w:val="32"/>
          <w:szCs w:val="32"/>
        </w:rPr>
      </w:pPr>
      <w:r w:rsidRPr="00920873">
        <w:rPr>
          <w:rFonts w:ascii="TH Sarabun New" w:hAnsi="TH Sarabun New" w:cs="TH Sarabun New"/>
          <w:bCs/>
          <w:sz w:val="32"/>
          <w:szCs w:val="32"/>
        </w:rPr>
        <w:t>Project Duration: __________ to __________</w:t>
      </w:r>
    </w:p>
    <w:p w14:paraId="54CA8FA7" w14:textId="77777777" w:rsidR="00854546" w:rsidRPr="00920873" w:rsidRDefault="00000000" w:rsidP="00920873">
      <w:pPr>
        <w:pStyle w:val="ae"/>
        <w:numPr>
          <w:ilvl w:val="0"/>
          <w:numId w:val="10"/>
        </w:numPr>
        <w:spacing w:after="0" w:line="240" w:lineRule="atLeast"/>
        <w:rPr>
          <w:rFonts w:ascii="TH Sarabun New" w:hAnsi="TH Sarabun New" w:cs="TH Sarabun New"/>
          <w:bCs/>
          <w:sz w:val="32"/>
          <w:szCs w:val="32"/>
        </w:rPr>
      </w:pPr>
      <w:r w:rsidRPr="00920873">
        <w:rPr>
          <w:rFonts w:ascii="TH Sarabun New" w:hAnsi="TH Sarabun New" w:cs="TH Sarabun New"/>
          <w:bCs/>
          <w:sz w:val="32"/>
          <w:szCs w:val="32"/>
        </w:rPr>
        <w:t>Total Approved Budget: __________ Baht   Budget Expended: __________ Baht</w:t>
      </w:r>
    </w:p>
    <w:p w14:paraId="79F5E33D" w14:textId="77777777" w:rsidR="00854546" w:rsidRPr="00920873" w:rsidRDefault="00000000" w:rsidP="00920873">
      <w:pPr>
        <w:pStyle w:val="ae"/>
        <w:numPr>
          <w:ilvl w:val="0"/>
          <w:numId w:val="10"/>
        </w:numPr>
        <w:spacing w:after="0" w:line="240" w:lineRule="atLeast"/>
        <w:rPr>
          <w:rFonts w:ascii="TH Sarabun New" w:hAnsi="TH Sarabun New" w:cs="TH Sarabun New"/>
          <w:bCs/>
          <w:sz w:val="32"/>
          <w:szCs w:val="32"/>
        </w:rPr>
      </w:pPr>
      <w:r w:rsidRPr="00920873">
        <w:rPr>
          <w:rFonts w:ascii="TH Sarabun New" w:hAnsi="TH Sarabun New" w:cs="TH Sarabun New"/>
          <w:bCs/>
          <w:sz w:val="32"/>
          <w:szCs w:val="32"/>
        </w:rPr>
        <w:t>PROJECT OBJECTIVES</w:t>
      </w:r>
    </w:p>
    <w:p w14:paraId="62BF74FB" w14:textId="77777777" w:rsidR="00854546" w:rsidRPr="00920873" w:rsidRDefault="00000000" w:rsidP="00920873">
      <w:pPr>
        <w:pStyle w:val="ae"/>
        <w:numPr>
          <w:ilvl w:val="0"/>
          <w:numId w:val="10"/>
        </w:numPr>
        <w:spacing w:after="0" w:line="240" w:lineRule="atLeast"/>
        <w:rPr>
          <w:rFonts w:ascii="TH Sarabun New" w:hAnsi="TH Sarabun New" w:cs="TH Sarabun New"/>
          <w:bCs/>
          <w:sz w:val="32"/>
          <w:szCs w:val="32"/>
        </w:rPr>
      </w:pPr>
      <w:r w:rsidRPr="00920873">
        <w:rPr>
          <w:rFonts w:ascii="TH Sarabun New" w:hAnsi="TH Sarabun New" w:cs="TH Sarabun New"/>
          <w:bCs/>
          <w:sz w:val="32"/>
          <w:szCs w:val="32"/>
        </w:rPr>
        <w:t>PROGRESS SUMMARY</w:t>
      </w:r>
    </w:p>
    <w:p w14:paraId="6B4FF551" w14:textId="77777777" w:rsidR="00854546" w:rsidRPr="00920873" w:rsidRDefault="00000000" w:rsidP="00920873">
      <w:pPr>
        <w:pStyle w:val="ae"/>
        <w:numPr>
          <w:ilvl w:val="0"/>
          <w:numId w:val="10"/>
        </w:numPr>
        <w:spacing w:after="0" w:line="240" w:lineRule="atLeast"/>
        <w:rPr>
          <w:rFonts w:ascii="TH Sarabun New" w:hAnsi="TH Sarabun New" w:cs="TH Sarabun New"/>
          <w:bCs/>
          <w:sz w:val="32"/>
          <w:szCs w:val="32"/>
        </w:rPr>
      </w:pPr>
      <w:r w:rsidRPr="00920873">
        <w:rPr>
          <w:rFonts w:ascii="TH Sarabun New" w:hAnsi="TH Sarabun New" w:cs="TH Sarabun New"/>
          <w:bCs/>
          <w:sz w:val="32"/>
          <w:szCs w:val="32"/>
        </w:rPr>
        <w:t>PROGRESS AGAINST WORK PLAN</w:t>
      </w:r>
    </w:p>
    <w:p w14:paraId="75831EB5" w14:textId="18CB54C0" w:rsidR="00854546" w:rsidRPr="00920873" w:rsidRDefault="00000000" w:rsidP="00920873">
      <w:pPr>
        <w:pStyle w:val="ae"/>
        <w:spacing w:after="0" w:line="240" w:lineRule="atLeast"/>
        <w:rPr>
          <w:rFonts w:ascii="TH Sarabun New" w:hAnsi="TH Sarabun New" w:cs="TH Sarabun New"/>
          <w:bCs/>
          <w:sz w:val="32"/>
          <w:szCs w:val="32"/>
        </w:rPr>
      </w:pPr>
      <w:r w:rsidRPr="00920873">
        <w:rPr>
          <w:rFonts w:ascii="TH Sarabun New" w:hAnsi="TH Sarabun New" w:cs="TH Sarabun New"/>
          <w:bCs/>
          <w:sz w:val="32"/>
          <w:szCs w:val="32"/>
        </w:rPr>
        <w:t>Activity 1 ____%   Activity 2 ____%   Activity 3 ____</w:t>
      </w:r>
      <w:proofErr w:type="gramStart"/>
      <w:r w:rsidRPr="00920873">
        <w:rPr>
          <w:rFonts w:ascii="TH Sarabun New" w:hAnsi="TH Sarabun New" w:cs="TH Sarabun New"/>
          <w:bCs/>
          <w:sz w:val="32"/>
          <w:szCs w:val="32"/>
        </w:rPr>
        <w:t>%  Overall</w:t>
      </w:r>
      <w:proofErr w:type="gramEnd"/>
      <w:r w:rsidRPr="00920873">
        <w:rPr>
          <w:rFonts w:ascii="TH Sarabun New" w:hAnsi="TH Sarabun New" w:cs="TH Sarabun New"/>
          <w:bCs/>
          <w:sz w:val="32"/>
          <w:szCs w:val="32"/>
        </w:rPr>
        <w:t xml:space="preserve"> Completion ____%</w:t>
      </w:r>
    </w:p>
    <w:p w14:paraId="423DF061" w14:textId="77777777" w:rsidR="00854546" w:rsidRPr="00920873" w:rsidRDefault="00000000" w:rsidP="00920873">
      <w:pPr>
        <w:pStyle w:val="ae"/>
        <w:numPr>
          <w:ilvl w:val="0"/>
          <w:numId w:val="10"/>
        </w:numPr>
        <w:spacing w:after="0" w:line="240" w:lineRule="atLeast"/>
        <w:rPr>
          <w:rFonts w:ascii="TH Sarabun New" w:hAnsi="TH Sarabun New" w:cs="TH Sarabun New"/>
          <w:bCs/>
          <w:sz w:val="32"/>
          <w:szCs w:val="32"/>
        </w:rPr>
      </w:pPr>
      <w:r w:rsidRPr="00920873">
        <w:rPr>
          <w:rFonts w:ascii="TH Sarabun New" w:hAnsi="TH Sarabun New" w:cs="TH Sarabun New"/>
          <w:bCs/>
          <w:sz w:val="32"/>
          <w:szCs w:val="32"/>
        </w:rPr>
        <w:t>RESEARCH OUTPUTS / ACHIEVEMENTS</w:t>
      </w:r>
    </w:p>
    <w:p w14:paraId="5D3B7EFF" w14:textId="6FAEDCE5" w:rsidR="00854546" w:rsidRPr="00920873" w:rsidRDefault="00000000" w:rsidP="00920873">
      <w:pPr>
        <w:pStyle w:val="ae"/>
        <w:spacing w:after="0" w:line="240" w:lineRule="atLeast"/>
        <w:rPr>
          <w:rFonts w:ascii="TH Sarabun New" w:hAnsi="TH Sarabun New" w:cs="TH Sarabun New"/>
          <w:bCs/>
          <w:sz w:val="32"/>
          <w:szCs w:val="32"/>
        </w:rPr>
      </w:pPr>
      <w:r w:rsidRPr="00920873">
        <w:rPr>
          <w:rFonts w:ascii="Arial" w:hAnsi="Arial" w:cs="Arial"/>
          <w:bCs/>
          <w:sz w:val="32"/>
          <w:szCs w:val="32"/>
        </w:rPr>
        <w:t>□</w:t>
      </w:r>
      <w:r w:rsidRPr="00920873">
        <w:rPr>
          <w:rFonts w:ascii="TH Sarabun New" w:hAnsi="TH Sarabun New" w:cs="TH Sarabun New"/>
          <w:bCs/>
          <w:sz w:val="32"/>
          <w:szCs w:val="32"/>
        </w:rPr>
        <w:t xml:space="preserve"> </w:t>
      </w:r>
      <w:proofErr w:type="gramStart"/>
      <w:r w:rsidRPr="00920873">
        <w:rPr>
          <w:rFonts w:ascii="TH Sarabun New" w:hAnsi="TH Sarabun New" w:cs="TH Sarabun New"/>
          <w:bCs/>
          <w:sz w:val="32"/>
          <w:szCs w:val="32"/>
        </w:rPr>
        <w:t xml:space="preserve">Publication  </w:t>
      </w:r>
      <w:r w:rsidRPr="00920873">
        <w:rPr>
          <w:rFonts w:ascii="Arial" w:hAnsi="Arial" w:cs="Arial"/>
          <w:bCs/>
          <w:sz w:val="32"/>
          <w:szCs w:val="32"/>
        </w:rPr>
        <w:t>□</w:t>
      </w:r>
      <w:proofErr w:type="gramEnd"/>
      <w:r w:rsidRPr="00920873">
        <w:rPr>
          <w:rFonts w:ascii="TH Sarabun New" w:hAnsi="TH Sarabun New" w:cs="TH Sarabun New"/>
          <w:bCs/>
          <w:sz w:val="32"/>
          <w:szCs w:val="32"/>
        </w:rPr>
        <w:t xml:space="preserve"> </w:t>
      </w:r>
      <w:proofErr w:type="gramStart"/>
      <w:r w:rsidRPr="00920873">
        <w:rPr>
          <w:rFonts w:ascii="TH Sarabun New" w:hAnsi="TH Sarabun New" w:cs="TH Sarabun New"/>
          <w:bCs/>
          <w:sz w:val="32"/>
          <w:szCs w:val="32"/>
        </w:rPr>
        <w:t xml:space="preserve">Manuscript  </w:t>
      </w:r>
      <w:r w:rsidRPr="00920873">
        <w:rPr>
          <w:rFonts w:ascii="Arial" w:hAnsi="Arial" w:cs="Arial"/>
          <w:bCs/>
          <w:sz w:val="32"/>
          <w:szCs w:val="32"/>
        </w:rPr>
        <w:t>□</w:t>
      </w:r>
      <w:proofErr w:type="gramEnd"/>
      <w:r w:rsidRPr="00920873">
        <w:rPr>
          <w:rFonts w:ascii="TH Sarabun New" w:hAnsi="TH Sarabun New" w:cs="TH Sarabun New"/>
          <w:bCs/>
          <w:sz w:val="32"/>
          <w:szCs w:val="32"/>
        </w:rPr>
        <w:t xml:space="preserve"> IP/</w:t>
      </w:r>
      <w:proofErr w:type="gramStart"/>
      <w:r w:rsidRPr="00920873">
        <w:rPr>
          <w:rFonts w:ascii="TH Sarabun New" w:hAnsi="TH Sarabun New" w:cs="TH Sarabun New"/>
          <w:bCs/>
          <w:sz w:val="32"/>
          <w:szCs w:val="32"/>
        </w:rPr>
        <w:t xml:space="preserve">Patent  </w:t>
      </w:r>
      <w:r w:rsidRPr="00920873">
        <w:rPr>
          <w:rFonts w:ascii="Arial" w:hAnsi="Arial" w:cs="Arial"/>
          <w:bCs/>
          <w:sz w:val="32"/>
          <w:szCs w:val="32"/>
        </w:rPr>
        <w:t>□</w:t>
      </w:r>
      <w:proofErr w:type="gramEnd"/>
      <w:r w:rsidRPr="00920873">
        <w:rPr>
          <w:rFonts w:ascii="TH Sarabun New" w:hAnsi="TH Sarabun New" w:cs="TH Sarabun New"/>
          <w:bCs/>
          <w:sz w:val="32"/>
          <w:szCs w:val="32"/>
        </w:rPr>
        <w:t xml:space="preserve"> Other __________</w:t>
      </w:r>
    </w:p>
    <w:sectPr w:rsidR="00854546" w:rsidRPr="00920873" w:rsidSect="007C3D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0227FBB"/>
    <w:multiLevelType w:val="hybridMultilevel"/>
    <w:tmpl w:val="DA5A43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598412">
    <w:abstractNumId w:val="8"/>
  </w:num>
  <w:num w:numId="2" w16cid:durableId="1773744627">
    <w:abstractNumId w:val="6"/>
  </w:num>
  <w:num w:numId="3" w16cid:durableId="59788007">
    <w:abstractNumId w:val="5"/>
  </w:num>
  <w:num w:numId="4" w16cid:durableId="1899702255">
    <w:abstractNumId w:val="4"/>
  </w:num>
  <w:num w:numId="5" w16cid:durableId="934747082">
    <w:abstractNumId w:val="7"/>
  </w:num>
  <w:num w:numId="6" w16cid:durableId="1424108687">
    <w:abstractNumId w:val="3"/>
  </w:num>
  <w:num w:numId="7" w16cid:durableId="1982298887">
    <w:abstractNumId w:val="2"/>
  </w:num>
  <w:num w:numId="8" w16cid:durableId="742216093">
    <w:abstractNumId w:val="1"/>
  </w:num>
  <w:num w:numId="9" w16cid:durableId="2100249491">
    <w:abstractNumId w:val="0"/>
  </w:num>
  <w:num w:numId="10" w16cid:durableId="3450620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42411"/>
    <w:rsid w:val="004B530F"/>
    <w:rsid w:val="005C0C05"/>
    <w:rsid w:val="007C3D76"/>
    <w:rsid w:val="00854546"/>
    <w:rsid w:val="008D2B89"/>
    <w:rsid w:val="00920873"/>
    <w:rsid w:val="00966B36"/>
    <w:rsid w:val="00A87B6B"/>
    <w:rsid w:val="00AA1D8D"/>
    <w:rsid w:val="00B47730"/>
    <w:rsid w:val="00C119A1"/>
    <w:rsid w:val="00C6125F"/>
    <w:rsid w:val="00CB0664"/>
    <w:rsid w:val="00D149D4"/>
    <w:rsid w:val="00EF06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CD6C65"/>
  <w14:defaultImageDpi w14:val="300"/>
  <w15:docId w15:val="{80646F93-67AB-41D5-8437-CBE9A7438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หัวเรื่อง 1 อักขระ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หัวเรื่อง 2 อักขระ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หัวเรื่อง 3 อักขระ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ชื่อเรื่อง อักขระ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ชื่อเรื่องรอง อักขระ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เนื้อความ อักขระ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เนื้อความ 2 อักขระ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เนื้อความ 3 อักขระ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ข้อความแมโคร อักขระ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คำอ้างอิง อักขระ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หัวเรื่อง 4 อักขระ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ทำให้คำอ้างอิงเป็นสีเข้มขึ้น อักขระ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Piyaporn Rui-On (ปิยะภรณ์ รุยอ่อน)</dc:creator>
  <cp:keywords/>
  <dc:description>generated by python-docx</dc:description>
  <cp:lastModifiedBy>Piyaporn Rui-On (ปิยะภรณ์ รุยอ่อน)</cp:lastModifiedBy>
  <cp:revision>3</cp:revision>
  <dcterms:created xsi:type="dcterms:W3CDTF">2026-09-04T11:25:00Z</dcterms:created>
  <dcterms:modified xsi:type="dcterms:W3CDTF">2026-09-30T01:54:00Z</dcterms:modified>
  <cp:category/>
</cp:coreProperties>
</file>